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6415D" w14:textId="77777777" w:rsidR="001B1E95" w:rsidRPr="002A3C7D" w:rsidRDefault="002A3C7D" w:rsidP="00E54B68">
      <w:pPr>
        <w:jc w:val="center"/>
        <w:rPr>
          <w:lang w:val="it-IT"/>
        </w:rPr>
      </w:pPr>
      <w:r w:rsidRPr="002A3C7D">
        <w:rPr>
          <w:b/>
          <w:lang w:val="it-IT"/>
        </w:rPr>
        <w:t>Modello “A” MANIFESTAZIONE DI INTERESSE ALLA PARTECIPAZIONE</w:t>
      </w:r>
      <w:r w:rsidRPr="002A3C7D">
        <w:rPr>
          <w:b/>
          <w:lang w:val="it-IT"/>
        </w:rPr>
        <w:br/>
        <w:t>E DICHIARAZIONE SOSTITUTIVA AI SENSI DEL D.P.R. 445/2000</w:t>
      </w:r>
    </w:p>
    <w:p w14:paraId="6E9658AF" w14:textId="77777777" w:rsidR="001B1E95" w:rsidRPr="002A3C7D" w:rsidRDefault="002A3C7D">
      <w:pPr>
        <w:jc w:val="right"/>
        <w:rPr>
          <w:lang w:val="it-IT"/>
        </w:rPr>
      </w:pPr>
      <w:r w:rsidRPr="002A3C7D">
        <w:rPr>
          <w:b/>
          <w:lang w:val="it-IT"/>
        </w:rPr>
        <w:t>Al comune di Pievepelago</w:t>
      </w:r>
      <w:r w:rsidRPr="002A3C7D">
        <w:rPr>
          <w:b/>
          <w:lang w:val="it-IT"/>
        </w:rPr>
        <w:br/>
        <w:t>Piazza V.Veneto,16</w:t>
      </w:r>
      <w:r w:rsidRPr="002A3C7D">
        <w:rPr>
          <w:b/>
          <w:lang w:val="it-IT"/>
        </w:rPr>
        <w:br/>
        <w:t>41027 PIEVEPELAGO (MO)</w:t>
      </w:r>
    </w:p>
    <w:tbl>
      <w:tblPr>
        <w:tblW w:w="0" w:type="auto"/>
        <w:jc w:val="center"/>
        <w:tblLayout w:type="fixed"/>
        <w:tblLook w:val="04A0" w:firstRow="1" w:lastRow="0" w:firstColumn="1" w:lastColumn="0" w:noHBand="0" w:noVBand="1"/>
      </w:tblPr>
      <w:tblGrid>
        <w:gridCol w:w="9936"/>
      </w:tblGrid>
      <w:tr w:rsidR="001B1E95" w:rsidRPr="002203DD" w14:paraId="3F8BFCB1" w14:textId="77777777">
        <w:trPr>
          <w:jc w:val="center"/>
        </w:trPr>
        <w:tc>
          <w:tcPr>
            <w:tcW w:w="9936" w:type="dxa"/>
            <w:tcMar>
              <w:top w:w="140" w:type="dxa"/>
              <w:left w:w="140" w:type="dxa"/>
              <w:bottom w:w="140" w:type="dxa"/>
              <w:right w:w="140" w:type="dxa"/>
            </w:tcMar>
          </w:tcPr>
          <w:p w14:paraId="18D531DB" w14:textId="77777777" w:rsidR="001B1E95" w:rsidRPr="002A3C7D" w:rsidRDefault="002A3C7D">
            <w:pPr>
              <w:jc w:val="center"/>
              <w:rPr>
                <w:lang w:val="it-IT"/>
              </w:rPr>
            </w:pPr>
            <w:r w:rsidRPr="002A3C7D">
              <w:rPr>
                <w:b/>
                <w:lang w:val="it-IT"/>
              </w:rPr>
              <w:t>AVVISO PUBBLICO FINALIZZATO ALL’INDAGINE DI MERCATO</w:t>
            </w:r>
            <w:r w:rsidRPr="002A3C7D">
              <w:rPr>
                <w:b/>
                <w:lang w:val="it-IT"/>
              </w:rPr>
              <w:br/>
            </w:r>
          </w:p>
          <w:p w14:paraId="571BCF7B" w14:textId="77777777" w:rsidR="001B1E95" w:rsidRDefault="002A3C7D" w:rsidP="00BE19E8">
            <w:pPr>
              <w:widowControl w:val="0"/>
              <w:autoSpaceDE w:val="0"/>
              <w:autoSpaceDN w:val="0"/>
              <w:spacing w:after="0" w:line="240" w:lineRule="auto"/>
              <w:ind w:right="5"/>
              <w:jc w:val="center"/>
              <w:rPr>
                <w:b/>
                <w:lang w:val="it-IT"/>
              </w:rPr>
            </w:pPr>
            <w:r w:rsidRPr="002A3C7D">
              <w:rPr>
                <w:b/>
                <w:lang w:val="it-IT"/>
              </w:rPr>
              <w:t>MANIFESTAZIONE DI INTERESSE (AI SENSI DELL’ALLEGATO II.1, ART. 2 DEL D.LGS. 36/2023 S.M.I.)</w:t>
            </w:r>
            <w:r w:rsidRPr="002A3C7D">
              <w:rPr>
                <w:b/>
                <w:lang w:val="it-IT"/>
              </w:rPr>
              <w:br/>
              <w:t xml:space="preserve">PER </w:t>
            </w:r>
            <w:r w:rsidR="00BE19E8">
              <w:rPr>
                <w:b/>
                <w:lang w:val="it-IT"/>
              </w:rPr>
              <w:t>i seguenti servizi:</w:t>
            </w:r>
          </w:p>
          <w:p w14:paraId="21B3B961" w14:textId="77777777" w:rsidR="00BE19E8" w:rsidRDefault="00BE19E8" w:rsidP="00BE19E8">
            <w:pPr>
              <w:pStyle w:val="Paragrafoelenco"/>
              <w:widowControl w:val="0"/>
              <w:numPr>
                <w:ilvl w:val="0"/>
                <w:numId w:val="10"/>
              </w:numPr>
              <w:autoSpaceDE w:val="0"/>
              <w:autoSpaceDN w:val="0"/>
              <w:spacing w:after="0" w:line="240" w:lineRule="auto"/>
              <w:ind w:right="5"/>
              <w:rPr>
                <w:lang w:val="it-IT"/>
              </w:rPr>
            </w:pPr>
            <w:r>
              <w:rPr>
                <w:lang w:val="it-IT"/>
              </w:rPr>
              <w:t>Assistenza P.E.A.</w:t>
            </w:r>
          </w:p>
          <w:p w14:paraId="3CADA52E" w14:textId="77777777" w:rsidR="00BE19E8" w:rsidRDefault="00BE19E8" w:rsidP="00BE19E8">
            <w:pPr>
              <w:pStyle w:val="Paragrafoelenco"/>
              <w:widowControl w:val="0"/>
              <w:numPr>
                <w:ilvl w:val="0"/>
                <w:numId w:val="10"/>
              </w:numPr>
              <w:autoSpaceDE w:val="0"/>
              <w:autoSpaceDN w:val="0"/>
              <w:spacing w:after="0" w:line="240" w:lineRule="auto"/>
              <w:ind w:right="5"/>
              <w:rPr>
                <w:lang w:val="it-IT"/>
              </w:rPr>
            </w:pPr>
            <w:r>
              <w:rPr>
                <w:lang w:val="it-IT"/>
              </w:rPr>
              <w:t>Assistenza trasporto scolastico</w:t>
            </w:r>
          </w:p>
          <w:p w14:paraId="541C704C" w14:textId="77777777" w:rsidR="00BE19E8" w:rsidRDefault="00BE19E8" w:rsidP="00BE19E8">
            <w:pPr>
              <w:pStyle w:val="Paragrafoelenco"/>
              <w:widowControl w:val="0"/>
              <w:numPr>
                <w:ilvl w:val="0"/>
                <w:numId w:val="10"/>
              </w:numPr>
              <w:autoSpaceDE w:val="0"/>
              <w:autoSpaceDN w:val="0"/>
              <w:spacing w:after="0" w:line="240" w:lineRule="auto"/>
              <w:ind w:right="5"/>
              <w:rPr>
                <w:lang w:val="it-IT"/>
              </w:rPr>
            </w:pPr>
            <w:r>
              <w:rPr>
                <w:lang w:val="it-IT"/>
              </w:rPr>
              <w:t>Assistenza pasti</w:t>
            </w:r>
          </w:p>
          <w:p w14:paraId="2FB7F703" w14:textId="04B42834" w:rsidR="00BE19E8" w:rsidRPr="00BE19E8" w:rsidRDefault="00BE19E8" w:rsidP="00BE19E8">
            <w:pPr>
              <w:widowControl w:val="0"/>
              <w:autoSpaceDE w:val="0"/>
              <w:autoSpaceDN w:val="0"/>
              <w:spacing w:after="0" w:line="240" w:lineRule="auto"/>
              <w:ind w:right="5"/>
              <w:rPr>
                <w:lang w:val="it-IT"/>
              </w:rPr>
            </w:pPr>
            <w:proofErr w:type="spellStart"/>
            <w:r>
              <w:rPr>
                <w:lang w:val="it-IT"/>
              </w:rPr>
              <w:t>a.s.</w:t>
            </w:r>
            <w:proofErr w:type="spellEnd"/>
            <w:r>
              <w:rPr>
                <w:lang w:val="it-IT"/>
              </w:rPr>
              <w:t xml:space="preserve"> 2026/2027 </w:t>
            </w:r>
          </w:p>
        </w:tc>
      </w:tr>
    </w:tbl>
    <w:p w14:paraId="7869DA87" w14:textId="77777777" w:rsidR="001B1E95" w:rsidRPr="002A3C7D" w:rsidRDefault="001B1E95">
      <w:pPr>
        <w:rPr>
          <w:lang w:val="it-IT"/>
        </w:rPr>
      </w:pPr>
    </w:p>
    <w:p w14:paraId="0FF17125" w14:textId="7AF66030" w:rsidR="001B1E95" w:rsidRPr="002A3C7D" w:rsidRDefault="002A3C7D">
      <w:pPr>
        <w:rPr>
          <w:lang w:val="it-IT"/>
        </w:rPr>
      </w:pPr>
      <w:r w:rsidRPr="002A3C7D">
        <w:rPr>
          <w:lang w:val="it-IT"/>
        </w:rPr>
        <w:t xml:space="preserve">L’impresa </w:t>
      </w:r>
      <w:r w:rsidRPr="002A3C7D">
        <w:rPr>
          <w:lang w:val="it-IT"/>
        </w:rPr>
        <w:br/>
        <w:t xml:space="preserve">con sede legale in Comune di </w:t>
      </w:r>
      <w:r>
        <w:rPr>
          <w:b/>
          <w:lang w:val="it-IT"/>
        </w:rPr>
        <w:t>…………………</w:t>
      </w:r>
      <w:r w:rsidRPr="002A3C7D">
        <w:rPr>
          <w:lang w:val="it-IT"/>
        </w:rPr>
        <w:t xml:space="preserve">CAP </w:t>
      </w:r>
      <w:r>
        <w:rPr>
          <w:b/>
          <w:lang w:val="it-IT"/>
        </w:rPr>
        <w:t>……………</w:t>
      </w:r>
      <w:r w:rsidRPr="002A3C7D">
        <w:rPr>
          <w:lang w:val="it-IT"/>
        </w:rPr>
        <w:t xml:space="preserve">Via/Piazza </w:t>
      </w:r>
      <w:r>
        <w:rPr>
          <w:b/>
          <w:lang w:val="it-IT"/>
        </w:rPr>
        <w:t>……………………………</w:t>
      </w:r>
      <w:r w:rsidRPr="002A3C7D">
        <w:rPr>
          <w:lang w:val="it-IT"/>
        </w:rPr>
        <w:br/>
        <w:t xml:space="preserve">con Codice fiscale e n. di </w:t>
      </w:r>
      <w:proofErr w:type="spellStart"/>
      <w:r w:rsidRPr="002A3C7D">
        <w:rPr>
          <w:lang w:val="it-IT"/>
        </w:rPr>
        <w:t>iscriz</w:t>
      </w:r>
      <w:proofErr w:type="spellEnd"/>
      <w:r w:rsidRPr="002A3C7D">
        <w:rPr>
          <w:lang w:val="it-IT"/>
        </w:rPr>
        <w:t xml:space="preserve">. al registro delle imprese </w:t>
      </w:r>
      <w:r>
        <w:rPr>
          <w:b/>
          <w:lang w:val="it-IT"/>
        </w:rPr>
        <w:t>…………………</w:t>
      </w:r>
      <w:r w:rsidRPr="002A3C7D">
        <w:rPr>
          <w:lang w:val="it-IT"/>
        </w:rPr>
        <w:t xml:space="preserve"> </w:t>
      </w:r>
      <w:proofErr w:type="spellStart"/>
      <w:r w:rsidRPr="002A3C7D">
        <w:rPr>
          <w:lang w:val="it-IT"/>
        </w:rPr>
        <w:t>P.Iva</w:t>
      </w:r>
      <w:proofErr w:type="spellEnd"/>
      <w:r w:rsidRPr="002A3C7D">
        <w:rPr>
          <w:lang w:val="it-IT"/>
        </w:rPr>
        <w:t xml:space="preserve"> </w:t>
      </w:r>
      <w:r>
        <w:rPr>
          <w:b/>
          <w:lang w:val="it-IT"/>
        </w:rPr>
        <w:t>………………………</w:t>
      </w:r>
      <w:r w:rsidRPr="002A3C7D">
        <w:rPr>
          <w:lang w:val="it-IT"/>
        </w:rPr>
        <w:br/>
        <w:t xml:space="preserve">Codice Attività </w:t>
      </w:r>
      <w:r>
        <w:rPr>
          <w:b/>
          <w:lang w:val="it-IT"/>
        </w:rPr>
        <w:t>………………..</w:t>
      </w:r>
      <w:r w:rsidRPr="002A3C7D">
        <w:rPr>
          <w:lang w:val="it-IT"/>
        </w:rPr>
        <w:t xml:space="preserve"> Codice ISTAT </w:t>
      </w:r>
      <w:r>
        <w:rPr>
          <w:b/>
          <w:lang w:val="it-IT"/>
        </w:rPr>
        <w:t>……………………….</w:t>
      </w:r>
      <w:r w:rsidRPr="002A3C7D">
        <w:rPr>
          <w:lang w:val="it-IT"/>
        </w:rPr>
        <w:br/>
        <w:t xml:space="preserve">e-mail </w:t>
      </w:r>
      <w:r>
        <w:rPr>
          <w:b/>
          <w:lang w:val="it-IT"/>
        </w:rPr>
        <w:t>……………………………………….</w:t>
      </w:r>
      <w:r w:rsidRPr="002A3C7D">
        <w:rPr>
          <w:lang w:val="it-IT"/>
        </w:rPr>
        <w:t xml:space="preserve"> telefono </w:t>
      </w:r>
      <w:r>
        <w:rPr>
          <w:b/>
          <w:lang w:val="it-IT"/>
        </w:rPr>
        <w:t>………………………………</w:t>
      </w:r>
      <w:r w:rsidRPr="002A3C7D">
        <w:rPr>
          <w:lang w:val="it-IT"/>
        </w:rPr>
        <w:br/>
        <w:t xml:space="preserve">PEC </w:t>
      </w:r>
      <w:r>
        <w:rPr>
          <w:b/>
          <w:lang w:val="it-IT"/>
        </w:rPr>
        <w:t>……………………………………………………</w:t>
      </w:r>
      <w:r w:rsidRPr="002A3C7D">
        <w:rPr>
          <w:lang w:val="it-IT"/>
        </w:rPr>
        <w:br/>
        <w:t xml:space="preserve">rappresentata dal sottoscritto </w:t>
      </w:r>
      <w:r>
        <w:rPr>
          <w:b/>
          <w:lang w:val="it-IT"/>
        </w:rPr>
        <w:t>………………………………………..</w:t>
      </w:r>
      <w:r w:rsidRPr="002A3C7D">
        <w:rPr>
          <w:lang w:val="it-IT"/>
        </w:rPr>
        <w:br/>
        <w:t xml:space="preserve">in qualità di </w:t>
      </w:r>
      <w:r>
        <w:rPr>
          <w:lang w:val="it-IT"/>
        </w:rPr>
        <w:t>…………………………………………………………….</w:t>
      </w:r>
      <w:r w:rsidRPr="002A3C7D">
        <w:rPr>
          <w:lang w:val="it-IT"/>
        </w:rPr>
        <w:t xml:space="preserve">, nato a </w:t>
      </w:r>
      <w:r>
        <w:rPr>
          <w:b/>
          <w:lang w:val="it-IT"/>
        </w:rPr>
        <w:t>……………………………….</w:t>
      </w:r>
      <w:r w:rsidRPr="002A3C7D">
        <w:rPr>
          <w:lang w:val="it-IT"/>
        </w:rPr>
        <w:t xml:space="preserve"> il </w:t>
      </w:r>
      <w:r>
        <w:rPr>
          <w:b/>
          <w:lang w:val="it-IT"/>
        </w:rPr>
        <w:t>……………………………………………………….</w:t>
      </w:r>
      <w:r w:rsidRPr="002A3C7D">
        <w:rPr>
          <w:lang w:val="it-IT"/>
        </w:rPr>
        <w:br/>
        <w:t xml:space="preserve">residente in </w:t>
      </w:r>
      <w:r>
        <w:rPr>
          <w:b/>
          <w:lang w:val="it-IT"/>
        </w:rPr>
        <w:t>…………………………….</w:t>
      </w:r>
      <w:r w:rsidRPr="002A3C7D">
        <w:rPr>
          <w:lang w:val="it-IT"/>
        </w:rPr>
        <w:t xml:space="preserve">Prov. </w:t>
      </w:r>
      <w:r>
        <w:rPr>
          <w:b/>
          <w:lang w:val="it-IT"/>
        </w:rPr>
        <w:t>…………….</w:t>
      </w:r>
      <w:r w:rsidRPr="002A3C7D">
        <w:rPr>
          <w:lang w:val="it-IT"/>
        </w:rPr>
        <w:t xml:space="preserve"> Via </w:t>
      </w:r>
      <w:r>
        <w:rPr>
          <w:b/>
          <w:lang w:val="it-IT"/>
        </w:rPr>
        <w:t>…………………………..</w:t>
      </w:r>
      <w:r w:rsidRPr="002A3C7D">
        <w:rPr>
          <w:lang w:val="it-IT"/>
        </w:rPr>
        <w:br/>
        <w:t xml:space="preserve">C.F. </w:t>
      </w:r>
      <w:r>
        <w:rPr>
          <w:b/>
          <w:lang w:val="it-IT"/>
        </w:rPr>
        <w:t>……………………………………………………………………</w:t>
      </w:r>
    </w:p>
    <w:p w14:paraId="3C8E54E9" w14:textId="77777777" w:rsidR="001B1E95" w:rsidRPr="002A3C7D" w:rsidRDefault="001B1E95">
      <w:pPr>
        <w:rPr>
          <w:lang w:val="it-IT"/>
        </w:rPr>
      </w:pPr>
    </w:p>
    <w:p w14:paraId="3B5C3886" w14:textId="77777777" w:rsidR="001B1E95" w:rsidRPr="002A3C7D" w:rsidRDefault="002A3C7D">
      <w:pPr>
        <w:rPr>
          <w:lang w:val="it-IT"/>
        </w:rPr>
      </w:pPr>
      <w:r w:rsidRPr="002A3C7D">
        <w:rPr>
          <w:b/>
          <w:lang w:val="it-IT"/>
        </w:rPr>
        <w:t>Visto l’Avviso pubblico di manifestazione di interesse attinente l’Indagine di mercato in oggetto</w:t>
      </w:r>
    </w:p>
    <w:p w14:paraId="5BF14A44" w14:textId="3C5EE73B" w:rsidR="001B1E95" w:rsidRPr="002A3C7D" w:rsidRDefault="002A3C7D">
      <w:pPr>
        <w:rPr>
          <w:lang w:val="it-IT"/>
        </w:rPr>
      </w:pPr>
      <w:r w:rsidRPr="002A3C7D">
        <w:rPr>
          <w:lang w:val="it-IT"/>
        </w:rPr>
        <w:t xml:space="preserve">In possesso dei Requisiti di qualificazione (art. 100, c.1, </w:t>
      </w:r>
      <w:proofErr w:type="spellStart"/>
      <w:r w:rsidRPr="002A3C7D">
        <w:rPr>
          <w:lang w:val="it-IT"/>
        </w:rPr>
        <w:t>lett.a</w:t>
      </w:r>
      <w:proofErr w:type="spellEnd"/>
      <w:r w:rsidRPr="002A3C7D">
        <w:rPr>
          <w:lang w:val="it-IT"/>
        </w:rPr>
        <w:t xml:space="preserve">), lett. b), e lett. c), del </w:t>
      </w:r>
      <w:proofErr w:type="spellStart"/>
      <w:r w:rsidRPr="002A3C7D">
        <w:rPr>
          <w:lang w:val="it-IT"/>
        </w:rPr>
        <w:t>D.Lgs.</w:t>
      </w:r>
      <w:proofErr w:type="spellEnd"/>
      <w:r w:rsidRPr="002A3C7D">
        <w:rPr>
          <w:lang w:val="it-IT"/>
        </w:rPr>
        <w:t xml:space="preserve"> 36/2023 </w:t>
      </w:r>
      <w:proofErr w:type="spellStart"/>
      <w:r w:rsidRPr="002A3C7D">
        <w:rPr>
          <w:lang w:val="it-IT"/>
        </w:rPr>
        <w:t>s.m.i.</w:t>
      </w:r>
      <w:proofErr w:type="spellEnd"/>
      <w:r w:rsidRPr="002A3C7D">
        <w:rPr>
          <w:lang w:val="it-IT"/>
        </w:rPr>
        <w:t xml:space="preserve"> richiesti come segue:</w:t>
      </w:r>
      <w:r w:rsidRPr="002A3C7D">
        <w:rPr>
          <w:lang w:val="it-IT"/>
        </w:rPr>
        <w:br/>
      </w:r>
      <w:r w:rsidR="00C3562E">
        <w:rPr>
          <w:lang w:val="it-IT"/>
        </w:rPr>
        <w:t>……………………………………………………………………………………………………………………</w:t>
      </w:r>
    </w:p>
    <w:p w14:paraId="52BAE785" w14:textId="77777777" w:rsidR="001B1E95" w:rsidRPr="002A3C7D" w:rsidRDefault="001B1E95">
      <w:pPr>
        <w:rPr>
          <w:lang w:val="it-IT"/>
        </w:rPr>
      </w:pPr>
    </w:p>
    <w:p w14:paraId="0E6930E6" w14:textId="77777777" w:rsidR="002A3C7D" w:rsidRDefault="002A3C7D">
      <w:pPr>
        <w:jc w:val="center"/>
        <w:rPr>
          <w:b/>
          <w:lang w:val="it-IT"/>
        </w:rPr>
      </w:pPr>
    </w:p>
    <w:p w14:paraId="47ACF025" w14:textId="77777777" w:rsidR="002A3C7D" w:rsidRDefault="002A3C7D">
      <w:pPr>
        <w:jc w:val="center"/>
        <w:rPr>
          <w:b/>
          <w:lang w:val="it-IT"/>
        </w:rPr>
      </w:pPr>
    </w:p>
    <w:p w14:paraId="6750CAD5" w14:textId="7485AF8F" w:rsidR="001B1E95" w:rsidRPr="002A3C7D" w:rsidRDefault="002A3C7D">
      <w:pPr>
        <w:jc w:val="center"/>
        <w:rPr>
          <w:lang w:val="it-IT"/>
        </w:rPr>
      </w:pPr>
      <w:r w:rsidRPr="002A3C7D">
        <w:rPr>
          <w:b/>
          <w:lang w:val="it-IT"/>
        </w:rPr>
        <w:t>CONSAPEVOLE</w:t>
      </w:r>
    </w:p>
    <w:p w14:paraId="21822E57" w14:textId="77777777" w:rsidR="001B1E95" w:rsidRPr="002A3C7D" w:rsidRDefault="002A3C7D">
      <w:pPr>
        <w:jc w:val="both"/>
        <w:rPr>
          <w:lang w:val="it-IT"/>
        </w:rPr>
      </w:pPr>
      <w:r w:rsidRPr="002A3C7D">
        <w:rPr>
          <w:lang w:val="it-IT"/>
        </w:rPr>
        <w:t xml:space="preserve">come indicato nell’Allegato II.1 del D.Lgs.36/2023 </w:t>
      </w:r>
      <w:proofErr w:type="spellStart"/>
      <w:r w:rsidRPr="002A3C7D">
        <w:rPr>
          <w:lang w:val="it-IT"/>
        </w:rPr>
        <w:t>s.m.i.</w:t>
      </w:r>
      <w:proofErr w:type="spellEnd"/>
      <w:r w:rsidRPr="002A3C7D">
        <w:rPr>
          <w:lang w:val="it-IT"/>
        </w:rPr>
        <w:t xml:space="preserve"> e nel relativo avviso pubblico di avvio di indagine di mercato, che la presente indagine di mercato è preordinata a conoscere gli operatori </w:t>
      </w:r>
      <w:r w:rsidRPr="002A3C7D">
        <w:rPr>
          <w:lang w:val="it-IT"/>
        </w:rPr>
        <w:lastRenderedPageBreak/>
        <w:t>interessati a partecipare alle procedure di selezione per lo specifico affidamento, senza che integri negli operatori economici alcun affidamento sul successivo invito alla procedura o che dia diritto agli stessi di essere invitati alla successiva fase di gara.</w:t>
      </w:r>
    </w:p>
    <w:p w14:paraId="1A3874BB" w14:textId="77777777" w:rsidR="001B1E95" w:rsidRPr="002A3C7D" w:rsidRDefault="001B1E95">
      <w:pPr>
        <w:rPr>
          <w:lang w:val="it-IT"/>
        </w:rPr>
      </w:pPr>
    </w:p>
    <w:p w14:paraId="0F268B08" w14:textId="77777777" w:rsidR="002A3C7D" w:rsidRDefault="002A3C7D">
      <w:pPr>
        <w:jc w:val="center"/>
        <w:rPr>
          <w:b/>
          <w:lang w:val="it-IT"/>
        </w:rPr>
      </w:pPr>
      <w:r w:rsidRPr="002A3C7D">
        <w:rPr>
          <w:b/>
          <w:lang w:val="it-IT"/>
        </w:rPr>
        <w:t>MANIFESTA</w:t>
      </w:r>
      <w:r w:rsidRPr="002A3C7D">
        <w:rPr>
          <w:b/>
          <w:lang w:val="it-IT"/>
        </w:rPr>
        <w:br/>
      </w:r>
    </w:p>
    <w:p w14:paraId="02E2FB76" w14:textId="2D541E98" w:rsidR="001B1E95" w:rsidRPr="002A3C7D" w:rsidRDefault="002A3C7D">
      <w:pPr>
        <w:jc w:val="center"/>
        <w:rPr>
          <w:lang w:val="it-IT"/>
        </w:rPr>
      </w:pPr>
      <w:r w:rsidRPr="002A3C7D">
        <w:rPr>
          <w:b/>
          <w:lang w:val="it-IT"/>
        </w:rPr>
        <w:t>L'INTERESSE A partecipare alla procedura negoziata di gara per i lavori di cui in oggetto</w:t>
      </w:r>
      <w:r w:rsidRPr="002A3C7D">
        <w:rPr>
          <w:b/>
          <w:lang w:val="it-IT"/>
        </w:rPr>
        <w:br/>
        <w:t>e nel contempo</w:t>
      </w:r>
    </w:p>
    <w:p w14:paraId="108F96DC" w14:textId="77777777" w:rsidR="002A3C7D" w:rsidRDefault="002A3C7D" w:rsidP="002A3C7D">
      <w:pPr>
        <w:jc w:val="center"/>
        <w:rPr>
          <w:b/>
          <w:lang w:val="it-IT"/>
        </w:rPr>
      </w:pPr>
    </w:p>
    <w:p w14:paraId="120DC77A" w14:textId="54B07544" w:rsidR="001B1E95" w:rsidRPr="002A3C7D" w:rsidRDefault="002A3C7D" w:rsidP="002A3C7D">
      <w:pPr>
        <w:jc w:val="center"/>
        <w:rPr>
          <w:lang w:val="it-IT"/>
        </w:rPr>
      </w:pPr>
      <w:r w:rsidRPr="002A3C7D">
        <w:rPr>
          <w:b/>
          <w:lang w:val="it-IT"/>
        </w:rPr>
        <w:t>DICHIARA</w:t>
      </w:r>
    </w:p>
    <w:p w14:paraId="35AA4EF7" w14:textId="77777777" w:rsidR="001B1E95" w:rsidRPr="002A3C7D" w:rsidRDefault="002A3C7D">
      <w:pPr>
        <w:jc w:val="both"/>
        <w:rPr>
          <w:lang w:val="it-IT"/>
        </w:rPr>
      </w:pPr>
      <w:r w:rsidRPr="002A3C7D">
        <w:rPr>
          <w:lang w:val="it-IT"/>
        </w:rPr>
        <w:t>ai sensi degli articoli 46 e 47 del D.P.R. 28 dicembre 2000, n. 445 consapevole delle sanzioni penali previste dall’articolo 76 del medesimo D.P.R. 445/2000 per le ipotesi di falsità in atti e dichiarazioni mendaci ivi indicate:</w:t>
      </w:r>
    </w:p>
    <w:p w14:paraId="2FCC3181" w14:textId="77777777" w:rsidR="002A3C7D" w:rsidRDefault="002A3C7D">
      <w:pPr>
        <w:rPr>
          <w:lang w:val="it-IT"/>
        </w:rPr>
      </w:pPr>
    </w:p>
    <w:p w14:paraId="5EF09B2B" w14:textId="77777777" w:rsidR="002A3C7D" w:rsidRDefault="002A3C7D">
      <w:pPr>
        <w:rPr>
          <w:lang w:val="it-IT"/>
        </w:rPr>
      </w:pPr>
      <w:r w:rsidRPr="002A3C7D">
        <w:rPr>
          <w:lang w:val="it-IT"/>
        </w:rPr>
        <w:t>1. di non trovarsi in alcuna delle situazioni di esclusione dalla partecipazione alle procedure di affidamento previste dall’art. 94, comma 1, del D.lgs. 36/2023;</w:t>
      </w:r>
      <w:r w:rsidRPr="002A3C7D">
        <w:rPr>
          <w:lang w:val="it-IT"/>
        </w:rPr>
        <w:br/>
      </w:r>
    </w:p>
    <w:p w14:paraId="61A423AF" w14:textId="598859F9" w:rsidR="001B1E95" w:rsidRPr="002A3C7D" w:rsidRDefault="002A3C7D">
      <w:pPr>
        <w:rPr>
          <w:lang w:val="it-IT"/>
        </w:rPr>
      </w:pPr>
      <w:r w:rsidRPr="002A3C7D">
        <w:rPr>
          <w:lang w:val="it-IT"/>
        </w:rPr>
        <w:t>2. di non trovarsi in alcuna delle situazioni di divieto, decadenza o di sospensione di cui all'art.94, comma 2, del D.lgs. 36/2023;</w:t>
      </w:r>
      <w:r w:rsidRPr="002A3C7D">
        <w:rPr>
          <w:lang w:val="it-IT"/>
        </w:rPr>
        <w:br/>
      </w:r>
      <w:r w:rsidRPr="002A3C7D">
        <w:rPr>
          <w:b/>
          <w:lang w:val="it-IT"/>
        </w:rPr>
        <w:t>N.B. nel caso dei punti 1 e 2, la sentenza o il decreto oppure la misura interdittiva riguardano le seguenti figure:</w:t>
      </w:r>
      <w:r w:rsidRPr="002A3C7D">
        <w:rPr>
          <w:b/>
          <w:lang w:val="it-IT"/>
        </w:rPr>
        <w:br/>
      </w:r>
      <w:r w:rsidRPr="002A3C7D">
        <w:rPr>
          <w:lang w:val="it-IT"/>
        </w:rPr>
        <w:t xml:space="preserve">a) l’operatore economico ai sensi e nei termini di cui al </w:t>
      </w:r>
      <w:proofErr w:type="spellStart"/>
      <w:r w:rsidRPr="002A3C7D">
        <w:rPr>
          <w:lang w:val="it-IT"/>
        </w:rPr>
        <w:t>D.Lgs.</w:t>
      </w:r>
      <w:proofErr w:type="spellEnd"/>
      <w:r w:rsidRPr="002A3C7D">
        <w:rPr>
          <w:lang w:val="it-IT"/>
        </w:rPr>
        <w:t xml:space="preserve"> 8 giugno 2001, n. 231;</w:t>
      </w:r>
      <w:r w:rsidRPr="002A3C7D">
        <w:rPr>
          <w:lang w:val="it-IT"/>
        </w:rPr>
        <w:br/>
        <w:t>b) il titolare o il direttore tecnico, se si tratta di impresa individuale;</w:t>
      </w:r>
      <w:r w:rsidRPr="002A3C7D">
        <w:rPr>
          <w:lang w:val="it-IT"/>
        </w:rPr>
        <w:br/>
        <w:t>c) di un socio amministratore o del direttore tecnico, se si tratta di società in nome collettivo;</w:t>
      </w:r>
      <w:r w:rsidRPr="002A3C7D">
        <w:rPr>
          <w:lang w:val="it-IT"/>
        </w:rPr>
        <w:br/>
        <w:t>d) dei soci accomandatari o del direttore tecnico, se si tratta di società in accomandita semplice;</w:t>
      </w:r>
      <w:r w:rsidRPr="002A3C7D">
        <w:rPr>
          <w:lang w:val="it-IT"/>
        </w:rPr>
        <w:br/>
        <w:t>e) dei membri del consiglio di amministrazione cui sia stata conferita la legale rappresentanza, ivi compresi gli institori e i procuratori generali;</w:t>
      </w:r>
      <w:r w:rsidRPr="002A3C7D">
        <w:rPr>
          <w:lang w:val="it-IT"/>
        </w:rPr>
        <w:br/>
        <w:t>f) dei componenti degli organi con poteri di direzione o di vigilanza o dei soggetti muniti di poteri di rappresentanza, di direzione o di controllo;</w:t>
      </w:r>
      <w:r w:rsidRPr="002A3C7D">
        <w:rPr>
          <w:lang w:val="it-IT"/>
        </w:rPr>
        <w:br/>
        <w:t>g) del direttore tecnico o del socio unico;</w:t>
      </w:r>
      <w:r w:rsidRPr="002A3C7D">
        <w:rPr>
          <w:lang w:val="it-IT"/>
        </w:rPr>
        <w:br/>
        <w:t>h) dell’amministratore di fatto nelle ipotesi di cui alle lettere precedenti.</w:t>
      </w:r>
      <w:r w:rsidRPr="002A3C7D">
        <w:rPr>
          <w:lang w:val="it-IT"/>
        </w:rPr>
        <w:br/>
        <w:t>Quindi, per quanto sopra, si precisa quanto segue:</w:t>
      </w:r>
      <w:r w:rsidRPr="002A3C7D">
        <w:rPr>
          <w:lang w:val="it-IT"/>
        </w:rPr>
        <w:br/>
        <w:t>….………………………………………………………………………………………………………………</w:t>
      </w:r>
      <w:r w:rsidRPr="002A3C7D">
        <w:rPr>
          <w:lang w:val="it-IT"/>
        </w:rPr>
        <w:br/>
        <w:t>…………………………………………………………………………………………………………………</w:t>
      </w:r>
      <w:r w:rsidRPr="002A3C7D">
        <w:rPr>
          <w:lang w:val="it-IT"/>
        </w:rPr>
        <w:br/>
        <w:t>………………………………………………………………………………………………………………….</w:t>
      </w:r>
    </w:p>
    <w:p w14:paraId="7C54BA9F" w14:textId="77777777" w:rsidR="002A3C7D" w:rsidRDefault="002A3C7D">
      <w:pPr>
        <w:rPr>
          <w:lang w:val="it-IT"/>
        </w:rPr>
      </w:pPr>
    </w:p>
    <w:p w14:paraId="70F9D520" w14:textId="6125A5C1" w:rsidR="001B1E95" w:rsidRPr="002A3C7D" w:rsidRDefault="002A3C7D">
      <w:pPr>
        <w:rPr>
          <w:lang w:val="it-IT"/>
        </w:rPr>
      </w:pPr>
      <w:r w:rsidRPr="002A3C7D">
        <w:rPr>
          <w:lang w:val="it-IT"/>
        </w:rPr>
        <w:t>3. di non trovarsi in nessuna delle situazioni di esclusione di cui all’art. 94, comma 3, del D.lgs.36/2023;</w:t>
      </w:r>
    </w:p>
    <w:p w14:paraId="4850DC71" w14:textId="77777777" w:rsidR="002A3C7D" w:rsidRDefault="002A3C7D">
      <w:pPr>
        <w:rPr>
          <w:lang w:val="it-IT"/>
        </w:rPr>
      </w:pPr>
    </w:p>
    <w:p w14:paraId="3B7223B0" w14:textId="334DBCCD" w:rsidR="001B1E95" w:rsidRPr="002A3C7D" w:rsidRDefault="002A3C7D">
      <w:pPr>
        <w:rPr>
          <w:lang w:val="it-IT"/>
        </w:rPr>
      </w:pPr>
      <w:r w:rsidRPr="002A3C7D">
        <w:rPr>
          <w:lang w:val="it-IT"/>
        </w:rPr>
        <w:t>4. di non aver commesso violazioni gravi, definitivamente accertate, degli obblighi relativi al pagamento delle imposte e tasse o dei contributi previdenziali, secondo la legislazione Italiana o quella dello Stato in cui sono stabiliti;</w:t>
      </w:r>
      <w:r w:rsidRPr="002A3C7D">
        <w:rPr>
          <w:lang w:val="it-IT"/>
        </w:rPr>
        <w:br/>
        <w:t>oppure:</w:t>
      </w:r>
      <w:r w:rsidRPr="002A3C7D">
        <w:rPr>
          <w:lang w:val="it-IT"/>
        </w:rPr>
        <w:br/>
        <w:t>□ dichiara di aver ottemperato ai suoi obblighi pagando o impegnandosi in modo vincolante a pagare le imposte o i contributi previdenziali dovuti, compresi eventuali interessi o sanzioni;</w:t>
      </w:r>
      <w:r w:rsidRPr="002A3C7D">
        <w:rPr>
          <w:lang w:val="it-IT"/>
        </w:rPr>
        <w:br/>
        <w:t>□ dichiara che il debito tributario o previdenziale è integralmente estinto, o il pagamento o l'impegno saranno perfezionati anteriormente alla scadenza del termine di presentazione dell’offerta;</w:t>
      </w:r>
    </w:p>
    <w:p w14:paraId="0000A1D9" w14:textId="77777777" w:rsidR="002A3C7D" w:rsidRDefault="002A3C7D">
      <w:pPr>
        <w:rPr>
          <w:lang w:val="it-IT"/>
        </w:rPr>
      </w:pPr>
    </w:p>
    <w:p w14:paraId="24CFE28B" w14:textId="6215F90F" w:rsidR="001B1E95" w:rsidRPr="002A3C7D" w:rsidRDefault="002A3C7D">
      <w:pPr>
        <w:rPr>
          <w:lang w:val="it-IT"/>
        </w:rPr>
      </w:pPr>
      <w:r w:rsidRPr="002A3C7D">
        <w:rPr>
          <w:lang w:val="it-IT"/>
        </w:rPr>
        <w:t>5. di non trovarsi in alcuna delle situazioni di cui all’art. 53, comma 16-ter, del d.lgs. Del 2001, n. 165 o di non essere incorsi, ai sensi della normativa vigente, in ulteriori divieti a contrattare con la pubblica Amministrazione;</w:t>
      </w:r>
    </w:p>
    <w:p w14:paraId="468471FE" w14:textId="77777777" w:rsidR="002A3C7D" w:rsidRDefault="002A3C7D">
      <w:pPr>
        <w:rPr>
          <w:lang w:val="it-IT"/>
        </w:rPr>
      </w:pPr>
    </w:p>
    <w:p w14:paraId="5632AC89" w14:textId="42335659" w:rsidR="001B1E95" w:rsidRPr="002A3C7D" w:rsidRDefault="002A3C7D">
      <w:pPr>
        <w:rPr>
          <w:lang w:val="it-IT"/>
        </w:rPr>
      </w:pPr>
      <w:r w:rsidRPr="002A3C7D">
        <w:rPr>
          <w:lang w:val="it-IT"/>
        </w:rPr>
        <w:t>6. di non trovarsi in alcuna delle condizioni di cui all'art. 2359 del codice civile con altri operatori economici che partecipano alla presente procedura;</w:t>
      </w:r>
    </w:p>
    <w:p w14:paraId="3FC9F7C7" w14:textId="77777777" w:rsidR="002A3C7D" w:rsidRDefault="002A3C7D">
      <w:pPr>
        <w:rPr>
          <w:lang w:val="it-IT"/>
        </w:rPr>
      </w:pPr>
    </w:p>
    <w:p w14:paraId="10F81A35" w14:textId="74D700EC" w:rsidR="001B1E95" w:rsidRPr="002A3C7D" w:rsidRDefault="009E41FE">
      <w:pPr>
        <w:rPr>
          <w:lang w:val="it-IT"/>
        </w:rPr>
      </w:pPr>
      <w:r>
        <w:rPr>
          <w:lang w:val="it-IT"/>
        </w:rPr>
        <w:t>7</w:t>
      </w:r>
      <w:r w:rsidR="002A3C7D" w:rsidRPr="002A3C7D">
        <w:rPr>
          <w:lang w:val="it-IT"/>
        </w:rPr>
        <w:t>. di soddisfare i requisiti richiesti e specificati nell’Avviso per Manifestazione d’interesse</w:t>
      </w:r>
      <w:r w:rsidR="002A3C7D" w:rsidRPr="002A3C7D">
        <w:rPr>
          <w:lang w:val="it-IT"/>
        </w:rPr>
        <w:br/>
        <w:t>[] di essere iscritto nel registro imprese della Camera di Commercio, Industria e Artigianato per attività coerenti con quelle oggetto della procedura di gara;</w:t>
      </w:r>
      <w:r w:rsidR="002A3C7D" w:rsidRPr="002A3C7D">
        <w:rPr>
          <w:lang w:val="it-IT"/>
        </w:rPr>
        <w:br/>
        <w:t xml:space="preserve">[] b) possesso esperienze pregresse di </w:t>
      </w:r>
      <w:r w:rsidR="00BE19E8">
        <w:rPr>
          <w:lang w:val="it-IT"/>
        </w:rPr>
        <w:t>servizi</w:t>
      </w:r>
      <w:r w:rsidR="002A3C7D" w:rsidRPr="002A3C7D">
        <w:rPr>
          <w:lang w:val="it-IT"/>
        </w:rPr>
        <w:t xml:space="preserve"> analoghi di stessa tipologia dell’appalto in questione (come riportato nel documento allegato), dimostrando di aver eseguito negli ultimi tre anni, </w:t>
      </w:r>
      <w:r w:rsidR="00BE19E8">
        <w:rPr>
          <w:lang w:val="it-IT"/>
        </w:rPr>
        <w:t>servizi</w:t>
      </w:r>
      <w:r w:rsidR="002A3C7D" w:rsidRPr="002A3C7D">
        <w:rPr>
          <w:lang w:val="it-IT"/>
        </w:rPr>
        <w:t xml:space="preserve"> analoghi per un importo dei lavori non inferiore all’importo a base di gara mediante presentazione di </w:t>
      </w:r>
      <w:r w:rsidR="00BE19E8">
        <w:rPr>
          <w:lang w:val="it-IT"/>
        </w:rPr>
        <w:t xml:space="preserve">fatture quietanzate </w:t>
      </w:r>
      <w:r w:rsidR="002A3C7D" w:rsidRPr="002A3C7D">
        <w:rPr>
          <w:lang w:val="it-IT"/>
        </w:rPr>
        <w:t xml:space="preserve">(art.119 comma 20 del D.Lgs.36/2023 Codice dei Contratti pubblici) rilasciato a cura del RUP delle Stazioni Appaltanti per </w:t>
      </w:r>
      <w:r w:rsidR="00BE19E8">
        <w:rPr>
          <w:lang w:val="it-IT"/>
        </w:rPr>
        <w:t>servizi pubblici</w:t>
      </w:r>
      <w:r w:rsidR="002A3C7D" w:rsidRPr="002A3C7D">
        <w:rPr>
          <w:lang w:val="it-IT"/>
        </w:rPr>
        <w:t xml:space="preserve"> o rilasciata dal Committente privato come previsto dall’art.24, comma 7, dell’Allegato II.12 al D.Lgs.36/2023;</w:t>
      </w:r>
      <w:r w:rsidR="002A3C7D" w:rsidRPr="002A3C7D">
        <w:rPr>
          <w:lang w:val="it-IT"/>
        </w:rPr>
        <w:br/>
        <w:t xml:space="preserve">[] </w:t>
      </w:r>
      <w:r w:rsidR="00BE19E8">
        <w:rPr>
          <w:lang w:val="it-IT"/>
        </w:rPr>
        <w:t>c</w:t>
      </w:r>
      <w:r w:rsidR="002A3C7D" w:rsidRPr="002A3C7D">
        <w:rPr>
          <w:lang w:val="it-IT"/>
        </w:rPr>
        <w:t>) numero del personale a tempo determinato e indeterminato di cui al documento allegato con specifica del personale giovanile</w:t>
      </w:r>
      <w:r w:rsidR="002A3C7D" w:rsidRPr="002A3C7D">
        <w:rPr>
          <w:lang w:val="it-IT"/>
        </w:rPr>
        <w:br/>
      </w:r>
      <w:r w:rsidR="00E54B68">
        <w:rPr>
          <w:lang w:val="it-IT"/>
        </w:rPr>
        <w:t>8</w:t>
      </w:r>
      <w:r w:rsidR="00BE19E8">
        <w:rPr>
          <w:lang w:val="it-IT"/>
        </w:rPr>
        <w:t>. DI IMPEGNARSI in caso di aggiudicazione ad assumere personale in possesso dei requisiti per la manifestazione di interesse e di provvedere nel corso dell’assunzione a far effettuare allo stesso specifica formazione per il personale P.E.A.</w:t>
      </w:r>
    </w:p>
    <w:p w14:paraId="191218C1" w14:textId="558F090F" w:rsidR="001B1E95" w:rsidRPr="002A3C7D" w:rsidRDefault="002A3C7D">
      <w:pPr>
        <w:rPr>
          <w:lang w:val="it-IT"/>
        </w:rPr>
      </w:pPr>
      <w:r w:rsidRPr="002A3C7D">
        <w:rPr>
          <w:i/>
          <w:lang w:val="it-IT"/>
        </w:rPr>
        <w:t>Allega alla presente, copia di tutta la documentazione a dimostrazione del soddisfacimento dei suddetti criteri di cui ai precedenti punti a), b), c), necessari per poter essere selezionato ed inviato alla successiva fase di gara consapevole che la mancata allegazione comporterà l’esclusione dall’elenco dei selezionati</w:t>
      </w:r>
    </w:p>
    <w:p w14:paraId="664C721D" w14:textId="2F2A957C" w:rsidR="001B1E95" w:rsidRPr="002A3C7D" w:rsidRDefault="002A3C7D">
      <w:pPr>
        <w:rPr>
          <w:lang w:val="it-IT"/>
        </w:rPr>
      </w:pPr>
      <w:r w:rsidRPr="002A3C7D">
        <w:rPr>
          <w:b/>
          <w:lang w:val="it-IT"/>
        </w:rPr>
        <w:br/>
        <w:t>Di partecipare come:</w:t>
      </w:r>
      <w:r w:rsidRPr="002A3C7D">
        <w:rPr>
          <w:b/>
          <w:lang w:val="it-IT"/>
        </w:rPr>
        <w:br/>
      </w:r>
      <w:r w:rsidRPr="002A3C7D">
        <w:rPr>
          <w:lang w:val="it-IT"/>
        </w:rPr>
        <w:t>[] Soggetto singolo (art. 65 comma 2 lett. a), del D. Lgs 36/2023)</w:t>
      </w:r>
      <w:r w:rsidRPr="002A3C7D">
        <w:rPr>
          <w:lang w:val="it-IT"/>
        </w:rPr>
        <w:br/>
        <w:t>□ Consorzio fra società cooperative di produzione e lavoro o tra imprese artigiane (art. 65 comma 2 lett. b) e c), del D. Lgs 36/2023)</w:t>
      </w:r>
      <w:r w:rsidRPr="002A3C7D">
        <w:rPr>
          <w:lang w:val="it-IT"/>
        </w:rPr>
        <w:br/>
      </w:r>
      <w:r w:rsidRPr="002A3C7D">
        <w:rPr>
          <w:lang w:val="it-IT"/>
        </w:rPr>
        <w:lastRenderedPageBreak/>
        <w:t>□ Consorzio stabile (art. 65 comma 2 lett. d), del D. Lgs 36/2023)</w:t>
      </w:r>
      <w:r w:rsidRPr="002A3C7D">
        <w:rPr>
          <w:lang w:val="it-IT"/>
        </w:rPr>
        <w:br/>
        <w:t>□ Mandataria di un Raggruppamento Temporaneo costituito (art. 65 comma 2 lett. e), del D. Lgs 36/2023)</w:t>
      </w:r>
      <w:r w:rsidRPr="002A3C7D">
        <w:rPr>
          <w:lang w:val="it-IT"/>
        </w:rPr>
        <w:br/>
        <w:t>□ Mandante di un Raggruppamento Temporaneo non costituito (art. 65 comma 2 lett. e), del D. Lgs 36/2023)</w:t>
      </w:r>
      <w:r w:rsidRPr="002A3C7D">
        <w:rPr>
          <w:lang w:val="it-IT"/>
        </w:rPr>
        <w:br/>
        <w:t>□ Mandataria di un Consorzio Ordinario costituito (art. 65 comma 2 lett. f), del D. Lgs 36/2023)</w:t>
      </w:r>
      <w:r w:rsidRPr="002A3C7D">
        <w:rPr>
          <w:lang w:val="it-IT"/>
        </w:rPr>
        <w:br/>
        <w:t>□ Mandante di un Consorzio Ordinario non costituito (art. 65 comma 2 lett. f), del D. Lgs 36/2023)</w:t>
      </w:r>
      <w:r w:rsidRPr="002A3C7D">
        <w:rPr>
          <w:lang w:val="it-IT"/>
        </w:rPr>
        <w:br/>
        <w:t>□ Aggregazione tra imprese aderenti al contratto di rete (art. 65 comma 2 lett. g), del D. Lgs 36/2023)</w:t>
      </w:r>
    </w:p>
    <w:p w14:paraId="4E773ABA" w14:textId="5EBAC50E" w:rsidR="001B1E95" w:rsidRPr="002A3C7D" w:rsidRDefault="002A3C7D">
      <w:pPr>
        <w:rPr>
          <w:lang w:val="it-IT"/>
        </w:rPr>
      </w:pPr>
      <w:r w:rsidRPr="002A3C7D">
        <w:rPr>
          <w:lang w:val="it-IT"/>
        </w:rPr>
        <w:t xml:space="preserve">- di essere iscritta nel Registro delle Imprese della Camera di Commercio di </w:t>
      </w:r>
      <w:r>
        <w:rPr>
          <w:b/>
          <w:lang w:val="it-IT"/>
        </w:rPr>
        <w:t>………………….</w:t>
      </w:r>
      <w:r w:rsidRPr="002A3C7D">
        <w:rPr>
          <w:lang w:val="it-IT"/>
        </w:rPr>
        <w:t xml:space="preserve">per attività corrispondente ai lavori da eseguire ed attesta i seguenti dati: numero d’iscrizione </w:t>
      </w:r>
      <w:r>
        <w:rPr>
          <w:b/>
          <w:lang w:val="it-IT"/>
        </w:rPr>
        <w:t>……………………………….</w:t>
      </w:r>
      <w:r w:rsidRPr="002A3C7D">
        <w:rPr>
          <w:lang w:val="it-IT"/>
        </w:rPr>
        <w:t xml:space="preserve"> data d'iscrizione </w:t>
      </w:r>
      <w:r>
        <w:rPr>
          <w:b/>
          <w:lang w:val="it-IT"/>
        </w:rPr>
        <w:t>…………………………………….</w:t>
      </w:r>
      <w:r w:rsidRPr="002A3C7D">
        <w:rPr>
          <w:b/>
          <w:lang w:val="it-IT"/>
        </w:rPr>
        <w:br/>
      </w:r>
      <w:r w:rsidRPr="002A3C7D">
        <w:rPr>
          <w:lang w:val="it-IT"/>
        </w:rPr>
        <w:t xml:space="preserve">- (per le Società cooperative e per i Consorzi di cooperative): Iscrizione all’Albo delle Società Cooperative di __________________________ </w:t>
      </w:r>
      <w:proofErr w:type="spellStart"/>
      <w:r w:rsidRPr="002A3C7D">
        <w:rPr>
          <w:lang w:val="it-IT"/>
        </w:rPr>
        <w:t>num</w:t>
      </w:r>
      <w:proofErr w:type="spellEnd"/>
      <w:r w:rsidRPr="002A3C7D">
        <w:rPr>
          <w:lang w:val="it-IT"/>
        </w:rPr>
        <w:t>______________del_________________________</w:t>
      </w:r>
      <w:r w:rsidRPr="002A3C7D">
        <w:rPr>
          <w:lang w:val="it-IT"/>
        </w:rPr>
        <w:br/>
      </w:r>
      <w:r w:rsidRPr="002A3C7D">
        <w:rPr>
          <w:lang w:val="it-IT"/>
        </w:rPr>
        <w:br/>
        <w:t>Nel caso di CONSORZI di cui all’art. 67 e 68 del Codice, indica per quali consorziati il consorzio concorre...</w:t>
      </w:r>
      <w:r w:rsidRPr="002A3C7D">
        <w:rPr>
          <w:lang w:val="it-IT"/>
        </w:rPr>
        <w:br/>
        <w:t>Consorziati per i quali concorre il consorzio (denominazione, ragione sociale e sede):</w:t>
      </w:r>
      <w:r w:rsidRPr="002A3C7D">
        <w:rPr>
          <w:lang w:val="it-IT"/>
        </w:rPr>
        <w:br/>
        <w:t>_______________________________________________________________________________________</w:t>
      </w:r>
      <w:r w:rsidRPr="002A3C7D">
        <w:rPr>
          <w:lang w:val="it-IT"/>
        </w:rPr>
        <w:br/>
      </w:r>
      <w:r w:rsidRPr="002A3C7D">
        <w:rPr>
          <w:lang w:val="it-IT"/>
        </w:rPr>
        <w:br/>
        <w:t>Nel caso di RAGGRUPPAMENTO TEMPORANEO, CONSORZIO o GEIE non ancora costituiti...</w:t>
      </w:r>
      <w:r w:rsidRPr="002A3C7D">
        <w:rPr>
          <w:lang w:val="it-IT"/>
        </w:rPr>
        <w:br/>
        <w:t>Operatore mandatario (denominazione, ragione sociale e sede):</w:t>
      </w:r>
      <w:r w:rsidRPr="002A3C7D">
        <w:rPr>
          <w:lang w:val="it-IT"/>
        </w:rPr>
        <w:br/>
        <w:t>_______________________________________________________________________________________</w:t>
      </w:r>
      <w:r w:rsidRPr="002A3C7D">
        <w:rPr>
          <w:lang w:val="it-IT"/>
        </w:rPr>
        <w:br/>
        <w:t>Operatore mandante (denominazione, ragione sociale e sede):</w:t>
      </w:r>
      <w:r w:rsidRPr="002A3C7D">
        <w:rPr>
          <w:lang w:val="it-IT"/>
        </w:rPr>
        <w:br/>
        <w:t>_______________________________________________________________________________________</w:t>
      </w:r>
      <w:r w:rsidRPr="002A3C7D">
        <w:rPr>
          <w:lang w:val="it-IT"/>
        </w:rPr>
        <w:br/>
      </w:r>
      <w:r w:rsidRPr="002A3C7D">
        <w:rPr>
          <w:lang w:val="it-IT"/>
        </w:rPr>
        <w:br/>
        <w:t xml:space="preserve">&lt;eventuale&gt; DICHIARAZIONE DI AVVALIMENTO ex Art. 104 </w:t>
      </w:r>
      <w:proofErr w:type="spellStart"/>
      <w:r w:rsidRPr="002A3C7D">
        <w:rPr>
          <w:lang w:val="it-IT"/>
        </w:rPr>
        <w:t>D.Lgs.</w:t>
      </w:r>
      <w:proofErr w:type="spellEnd"/>
      <w:r w:rsidRPr="002A3C7D">
        <w:rPr>
          <w:lang w:val="it-IT"/>
        </w:rPr>
        <w:t xml:space="preserve"> 36/2023</w:t>
      </w:r>
      <w:r w:rsidRPr="002A3C7D">
        <w:rPr>
          <w:lang w:val="it-IT"/>
        </w:rPr>
        <w:br/>
        <w:t>□ DICHIARA di volersi presentare in avvalimento CON LA SEGUENTE impresa</w:t>
      </w:r>
      <w:r w:rsidRPr="002A3C7D">
        <w:rPr>
          <w:lang w:val="it-IT"/>
        </w:rPr>
        <w:br/>
        <w:t>[ ] impresa ausiliaria ex art. 104 Dlgs 36/2023 _denominazione o ragione sociale __________________________________________</w:t>
      </w:r>
      <w:r w:rsidRPr="002A3C7D">
        <w:rPr>
          <w:lang w:val="it-IT"/>
        </w:rPr>
        <w:br/>
        <w:t>forma giuridica ____________________ sede legale ____________________</w:t>
      </w:r>
      <w:r w:rsidRPr="002A3C7D">
        <w:rPr>
          <w:lang w:val="it-IT"/>
        </w:rPr>
        <w:br/>
        <w:t>per il sotto indicato Requisito di part</w:t>
      </w:r>
      <w:r w:rsidR="00116973">
        <w:rPr>
          <w:lang w:val="it-IT"/>
        </w:rPr>
        <w:t>e</w:t>
      </w:r>
      <w:r w:rsidRPr="002A3C7D">
        <w:rPr>
          <w:lang w:val="it-IT"/>
        </w:rPr>
        <w:t>cipa</w:t>
      </w:r>
      <w:r w:rsidR="00BE19E8">
        <w:rPr>
          <w:lang w:val="it-IT"/>
        </w:rPr>
        <w:t>z</w:t>
      </w:r>
      <w:r w:rsidRPr="002A3C7D">
        <w:rPr>
          <w:lang w:val="it-IT"/>
        </w:rPr>
        <w:t>ione: ____________________</w:t>
      </w:r>
    </w:p>
    <w:p w14:paraId="6CAF6299" w14:textId="77777777" w:rsidR="001B1E95" w:rsidRPr="002A3C7D" w:rsidRDefault="002A3C7D">
      <w:pPr>
        <w:rPr>
          <w:lang w:val="it-IT"/>
        </w:rPr>
      </w:pPr>
      <w:r w:rsidRPr="002A3C7D">
        <w:rPr>
          <w:lang w:val="it-IT"/>
        </w:rPr>
        <w:t>- con riferimento all’obbligo di dimostrazione del possesso dei prescritti requisiti, che l’impresa è in possesso di adeguata documentazione...</w:t>
      </w:r>
      <w:r w:rsidRPr="002A3C7D">
        <w:rPr>
          <w:lang w:val="it-IT"/>
        </w:rPr>
        <w:br/>
        <w:t>- di essere a conoscenza che la presente richiesta, non costituisce proposta contrattuale e non vincola in alcun modo la stazione appaltante...</w:t>
      </w:r>
      <w:r w:rsidRPr="002A3C7D">
        <w:rPr>
          <w:lang w:val="it-IT"/>
        </w:rPr>
        <w:br/>
        <w:t>- di aver preso visione e accettare tutte le disposizioni contenute nell’Avviso per Manifestazione d’Interesse...</w:t>
      </w:r>
      <w:r w:rsidRPr="002A3C7D">
        <w:rPr>
          <w:lang w:val="it-IT"/>
        </w:rPr>
        <w:br/>
        <w:t>- di aver preso visione ed accettare... il Codice di Comportamento dei Dipendenti del Comune di Pievepelago...</w:t>
      </w:r>
      <w:r w:rsidRPr="002A3C7D">
        <w:rPr>
          <w:lang w:val="it-IT"/>
        </w:rPr>
        <w:br/>
        <w:t>- di essere informato, ai sensi e per gli effetti del Regolamento UE sulla privacy n. 2016/679, che i dati personali raccolti saranno trattati...</w:t>
      </w:r>
      <w:r w:rsidRPr="002A3C7D">
        <w:rPr>
          <w:lang w:val="it-IT"/>
        </w:rPr>
        <w:br/>
      </w:r>
      <w:r w:rsidRPr="002A3C7D">
        <w:rPr>
          <w:lang w:val="it-IT"/>
        </w:rPr>
        <w:lastRenderedPageBreak/>
        <w:br/>
      </w:r>
    </w:p>
    <w:p w14:paraId="1F6674AE" w14:textId="55431EE9" w:rsidR="001B1E95" w:rsidRPr="002A3C7D" w:rsidRDefault="002A3C7D">
      <w:pPr>
        <w:rPr>
          <w:lang w:val="it-IT"/>
        </w:rPr>
      </w:pPr>
      <w:r w:rsidRPr="002A3C7D">
        <w:rPr>
          <w:b/>
          <w:lang w:val="it-IT"/>
        </w:rPr>
        <w:t>I recapiti ai quali possono essere inviate tutte le comunicazioni relative alla presente gara sono:</w:t>
      </w:r>
      <w:r w:rsidRPr="002A3C7D">
        <w:rPr>
          <w:b/>
          <w:lang w:val="it-IT"/>
        </w:rPr>
        <w:br/>
        <w:t>PEC</w:t>
      </w:r>
      <w:r>
        <w:rPr>
          <w:b/>
          <w:lang w:val="it-IT"/>
        </w:rPr>
        <w:t>…………………………………………</w:t>
      </w:r>
      <w:r w:rsidRPr="002A3C7D">
        <w:rPr>
          <w:b/>
          <w:lang w:val="it-IT"/>
        </w:rPr>
        <w:t xml:space="preserve">   Email: </w:t>
      </w:r>
      <w:r>
        <w:rPr>
          <w:b/>
          <w:lang w:val="it-IT"/>
        </w:rPr>
        <w:t>…………………………………………………………</w:t>
      </w:r>
    </w:p>
    <w:p w14:paraId="7EBBD9A3" w14:textId="77777777" w:rsidR="002A3C7D" w:rsidRDefault="002A3C7D">
      <w:pPr>
        <w:rPr>
          <w:b/>
          <w:lang w:val="it-IT"/>
        </w:rPr>
      </w:pPr>
      <w:r w:rsidRPr="002A3C7D">
        <w:rPr>
          <w:lang w:val="it-IT"/>
        </w:rPr>
        <w:t xml:space="preserve">Luogo e data: </w:t>
      </w:r>
      <w:r>
        <w:rPr>
          <w:b/>
          <w:lang w:val="it-IT"/>
        </w:rPr>
        <w:t>………………………………………</w:t>
      </w:r>
      <w:r w:rsidRPr="002A3C7D">
        <w:rPr>
          <w:b/>
          <w:lang w:val="it-IT"/>
        </w:rPr>
        <w:t xml:space="preserve">                                    </w:t>
      </w:r>
    </w:p>
    <w:p w14:paraId="1B34700A" w14:textId="77777777" w:rsidR="002A3C7D" w:rsidRDefault="002A3C7D">
      <w:pPr>
        <w:rPr>
          <w:b/>
          <w:lang w:val="it-IT"/>
        </w:rPr>
      </w:pPr>
    </w:p>
    <w:p w14:paraId="3896FCAC" w14:textId="45BAE0F0" w:rsidR="001B1E95" w:rsidRPr="002A3C7D" w:rsidRDefault="002A3C7D" w:rsidP="002A3C7D">
      <w:pPr>
        <w:jc w:val="right"/>
        <w:rPr>
          <w:lang w:val="it-IT"/>
        </w:rPr>
      </w:pPr>
      <w:r w:rsidRPr="002A3C7D">
        <w:rPr>
          <w:b/>
          <w:lang w:val="it-IT"/>
        </w:rPr>
        <w:t xml:space="preserve">  Firmato</w:t>
      </w:r>
    </w:p>
    <w:p w14:paraId="3EF34611" w14:textId="0991BAA8" w:rsidR="00E54B68" w:rsidRPr="002A3C7D" w:rsidRDefault="002A3C7D" w:rsidP="00E54B68">
      <w:pPr>
        <w:jc w:val="right"/>
        <w:rPr>
          <w:lang w:val="it-IT"/>
        </w:rPr>
      </w:pPr>
      <w:r w:rsidRPr="002A3C7D">
        <w:rPr>
          <w:b/>
          <w:lang w:val="it-IT"/>
        </w:rPr>
        <w:br/>
      </w:r>
      <w:r w:rsidR="00E54B68" w:rsidRPr="002A3C7D">
        <w:rPr>
          <w:b/>
          <w:sz w:val="19"/>
          <w:lang w:val="it-IT"/>
        </w:rPr>
        <w:t>TIMBRO DELL’IMPRESA E</w:t>
      </w:r>
      <w:r w:rsidR="00E54B68" w:rsidRPr="002A3C7D">
        <w:rPr>
          <w:b/>
          <w:sz w:val="19"/>
          <w:lang w:val="it-IT"/>
        </w:rPr>
        <w:br/>
        <w:t>FIRMA DEL LEGALE RAPPRESENTANTE</w:t>
      </w:r>
    </w:p>
    <w:p w14:paraId="13681493" w14:textId="074428AE" w:rsidR="001B1E95" w:rsidRPr="002A3C7D" w:rsidRDefault="00E54B68">
      <w:pPr>
        <w:rPr>
          <w:lang w:val="it-IT"/>
        </w:rPr>
      </w:pPr>
      <w:r w:rsidRPr="002A3C7D">
        <w:rPr>
          <w:b/>
          <w:lang w:val="it-IT"/>
        </w:rPr>
        <w:t>Allegat</w:t>
      </w:r>
      <w:r w:rsidR="00282CE6">
        <w:rPr>
          <w:b/>
          <w:lang w:val="it-IT"/>
        </w:rPr>
        <w:t>i</w:t>
      </w:r>
    </w:p>
    <w:sectPr w:rsidR="001B1E95" w:rsidRPr="002A3C7D"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4000509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F210FD2"/>
    <w:multiLevelType w:val="hybridMultilevel"/>
    <w:tmpl w:val="BB30921A"/>
    <w:lvl w:ilvl="0" w:tplc="7C787876">
      <w:start w:val="1"/>
      <w:numFmt w:val="bullet"/>
      <w:lvlText w:val="-"/>
      <w:lvlJc w:val="left"/>
      <w:pPr>
        <w:ind w:left="720" w:hanging="360"/>
      </w:pPr>
      <w:rPr>
        <w:rFonts w:ascii="Arial" w:eastAsiaTheme="minorEastAsia"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7715665">
    <w:abstractNumId w:val="8"/>
  </w:num>
  <w:num w:numId="2" w16cid:durableId="1238783714">
    <w:abstractNumId w:val="6"/>
  </w:num>
  <w:num w:numId="3" w16cid:durableId="1506246248">
    <w:abstractNumId w:val="5"/>
  </w:num>
  <w:num w:numId="4" w16cid:durableId="558324911">
    <w:abstractNumId w:val="4"/>
  </w:num>
  <w:num w:numId="5" w16cid:durableId="689835644">
    <w:abstractNumId w:val="7"/>
  </w:num>
  <w:num w:numId="6" w16cid:durableId="137235742">
    <w:abstractNumId w:val="3"/>
  </w:num>
  <w:num w:numId="7" w16cid:durableId="1568806141">
    <w:abstractNumId w:val="2"/>
  </w:num>
  <w:num w:numId="8" w16cid:durableId="1023677405">
    <w:abstractNumId w:val="1"/>
  </w:num>
  <w:num w:numId="9" w16cid:durableId="759715453">
    <w:abstractNumId w:val="0"/>
  </w:num>
  <w:num w:numId="10" w16cid:durableId="14839625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973"/>
    <w:rsid w:val="0015074B"/>
    <w:rsid w:val="001B1E95"/>
    <w:rsid w:val="002203DD"/>
    <w:rsid w:val="00282CE6"/>
    <w:rsid w:val="0029639D"/>
    <w:rsid w:val="002A3C7D"/>
    <w:rsid w:val="00326F90"/>
    <w:rsid w:val="004B5E50"/>
    <w:rsid w:val="00771979"/>
    <w:rsid w:val="007C420F"/>
    <w:rsid w:val="009B45A0"/>
    <w:rsid w:val="009E41FE"/>
    <w:rsid w:val="00AA1D8D"/>
    <w:rsid w:val="00B47730"/>
    <w:rsid w:val="00BE19E8"/>
    <w:rsid w:val="00C3562E"/>
    <w:rsid w:val="00CB0664"/>
    <w:rsid w:val="00CC72E3"/>
    <w:rsid w:val="00E54B68"/>
    <w:rsid w:val="00F610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C0A0F1"/>
  <w14:defaultImageDpi w14:val="300"/>
  <w15:docId w15:val="{413A6857-9371-462B-A34C-5965D17D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Arial" w:hAnsi="Arial"/>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1395</Words>
  <Characters>7952</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Annalisa AA. Antonioni</cp:lastModifiedBy>
  <cp:revision>3</cp:revision>
  <cp:lastPrinted>2026-08-24T09:07:00Z</cp:lastPrinted>
  <dcterms:created xsi:type="dcterms:W3CDTF">2026-08-26T07:49:00Z</dcterms:created>
  <dcterms:modified xsi:type="dcterms:W3CDTF">2026-08-26T08:19:00Z</dcterms:modified>
  <cp:category/>
</cp:coreProperties>
</file>